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- חדר בריחה הסייח האבוד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עובדות על זברות מתוך משחק 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נקרא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אוצר מילים הקשור לעדר ולהתנהגות בעלי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העדר והזברות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שומרות הלילה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לפי הפסים הקול והריח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עשב גבוה וקשה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קל יותר להתגונן מטורפים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שלושה מינים שונים של זברות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הזיהוי נעשה לפי פסים, קול וריח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הגנו הוא בעל חיים אוכל עשב שחי לצד הזברות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תפקיד שומרות הלילה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זברות חיות בעדרים גדולים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(קבוצה גדולה של זברות החיות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(זברה צעירה שנולדה לא מזמן)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(סוג של בעל חיים, למשל זברת מישורים)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(חיה אוכלת עשב שחיה לצד הזברות בעדר)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(זברות שערות ושומרות כשהאחרות ישנות)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חדר הבריחה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השאלה של מנעול 1 ולענות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לפתור את מנעול 2 ולקבל אות נוספת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לפתור את מנעול 3 ולקבל אות שלישית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לפתור את מנעול 4 ולקבל את האות האחרונה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לסדר את ארבע האותיות למילת קוד ולהקיש פתיחה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יכתבו שהסייח מזהה את אמו לפי הפסים הייחודיים, הקול שלה והריח שלה, ושזה חשוב כדי שלא ילך לאיבוד בתוך עדר גדול וידמה לזברות אחרות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 מנעולים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פסים, קול וריח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עשב גבוה וקשה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חדר הבריחה כקבוצה לפני מילוי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להסביר בקול רם למה בחרו תשובה מסוימת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לאפשר עבודה בזוגות לתלמידים שמתקשים בכתיבה 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- חדר בריחה הסייח האבוד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בחדר הבריחה סייח קטן הלך לאיבוד בתוך עדר גדול של זברות. כדי להחזיר אותו לאמא צריך לפתוח ארבעה מנעולים ולענות על שאלות על זברות.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על העדר והזברות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שומר על העדר בזמן שהאחרות נחות?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שומרות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מינים של זברות יש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מה מזהה הסייח את אמו?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צבע העשב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הגובה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הפסים הקול והריח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הטעם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אוכלים הגנו?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עשב גבוה וקשה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עשב נמוך 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עלים מעצים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חשוב שעדר הזברות יהיה 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 יותר להתגונן מטורפים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לאכול יותר עשב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לרוץ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לישון טוב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רק מין אחד של זברה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סייח מזהה את אמו גם לפי הריח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הגנו הם חיה טורפת שאוכלת זברות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מהזברות שומרות על העדר בלילה בזמן שהאחרות נחות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זברות חיות לבד ולא בעדרים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להחזיר את הסייח לאמא צריך לפתוח __________ מנעולים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בעולם יש __________ מינים של זברות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הסייח מזהה את אמו לפי הפסים, הקול וה__________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הגנו אוכלים עשב נמוך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מנעול שנפתח נותן __________ למילת הקוד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סוג של בעל חיים, למשל זברת מישורים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חיה אוכלת עשב שחיה לצד הזברות בעדר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זברה צעירה שנולדה לא מזמן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זברות שערות ושומרות כשהאחרות ישנות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שומרות 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קבוצה גדולה של זברות החיות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לפתור את מנעול 2 ולקבל אות נוספת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לסדר את ארבע האותיות למילת קוד ולהקיש פתיחה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לפתור את מנעול 4 ולקבל את האות האחרונה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לפתור את מנעול 3 ולקבל אות שלישית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השאלה של מנעול 1 ולענות עליה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עד ארבעה משפטים: איך סייח מזהה את אמו בתוך עדר גדול של זברות, ולמה זה חשוב להישרדות שלו?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מנעולים צריך לפתוח כדי למצוא את הסייח?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הסייח מזהה את אמו?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אוכלים הגנו שחיים ליד הזברות?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 הפסים - חדר בריחה הסייח האבוד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