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זברות מתוך משחק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לעדר ולהתנהגות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העדר והזברות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לפי הפסים הקול והריח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עשב גבוה וקשה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קל יותר להתגונן מטורפים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מינים שונים של 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הזיהוי נעשה לפי פסים, קול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הגנו הוא בעל חיים אוכל עשב שחי לצד 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זברות חיות בעדרים גדולים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(קבוצה גדולה של זברות החיות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(זברה צעירה שנולדה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(סוג של בעל חיים, למשל זברת מישורים)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(חיה אוכלת עשב שחיה לצד הזברות בעדר)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(זברות שערות ושומרות כשהאחרות ישנות)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השאלה של מנעול 1 ולענות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לפתור את מנעול 2 ולקבל אות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לפתור את מנעול 3 ולקבל אות 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לפתור את מנעול 4 ולקבל את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לסדר את ארבע האותיות למילת קוד ולהקיש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שהסייח מזהה את אמו לפי הפסים הייחודיים, הקול שלה והריח שלה, ושזה חשוב כדי שלא ילך לאיבוד בתוך עדר גדול וידמה לזברות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פסים, קול וריח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 גבוה וקשה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כקבוצה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להסביר בקול רם למה בחרו תשובה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סייח קטן אבד בין הרבה זברות. צריך לענות על שאלות כדי למצוא אותו ולהחזיר אותו לאמא.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צעירה, תינוקת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שאוכלת עשב וחיה ליד הזברות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שומרות 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שנשארות ערות כדי לשמור על האחרות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שמריחים באף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אוכלים עשב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העדר והזברות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ער בלילה כדי לשמור?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סוגים של זברות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הסייח יודע מי האמא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הפסים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הגנו אוהבים לאכול?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עשב גבוה וקשה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 נמוך 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 מעצים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כדאי שיהיו הרבה זברות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להתגונן מטורפים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לאכול יותר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טוב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מין אחד של זברה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סייח מזהה את אמו גם לפי הריח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הם חיה טורפת שאוכלת זברות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מהזברות שומרות על העדר בלילה בזמן שהאחרות נחות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לבד ולא בעדרים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להחזיר את הסייח לאמא צריך לפתוח __________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בעולם יש __________ מינים של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הסייח מזהה את אמו לפי הפסים, הקול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הגנו אוכלים עשב נמוך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מנעול שנפתח נותן __________ למילת הקוד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אוכלת עשב שחיה לצד הזברות בעדר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קבוצה גדולה של זברות החיות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זברות שערות ושומרות כשהאחרות ישנות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זברה צעירה שנולדה לא מזמן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שומרות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סוג של בעל חיים, למשל זברת מישורים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2 ולקבל אות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3 ולקבל אות שלישית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מנעול 4 ולקבל את האות האחרונה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את ארבע האותיות למילת קוד ולהקיש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השאלה של מנעול 1 ולענות עליה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עד ארבעה משפטים: איך סייח מזהה את אמו בתוך עדר גדול של זברות, ולמה זה חשוב להישרדות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צריך לפתוח כדי למצוא את הסייח?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הסייח מזהה את אמו?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הגנו שחיים ליד הזברות?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חדר בריחה הסייח האבוד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