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חדר בריחה הסייח האבוד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על זברות מתוך משחק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הקשור לעדר ולהתנהגות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העדר והזברות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שומרות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לפי הפסים הקול והריח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שלושה מינים שונים של 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הזיהוי נעשה לפי פסים, קול וריח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(קבוצה גדולה של זברות החיות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(זברה צעירה שנולדה לא מזמן)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(חיה אוכלת עשב שחיה לצד הזברות בעדר)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השאלה של מנעול 1 ולענות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לפתור את מנעול 2 ולקבל אות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לפתור את מנעול 3 ולקבל אות 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לפתור את מנעול 4 ולקבל את האות האחרונה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פסים, קול וריח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עשב גבוה וקשה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חדר הבריחה כקבוצה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להסביר בקול רם למה בחרו תשובה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לתלמידים שמתקשים בכתיבה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חדר בריחה הסייח האבוד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בחדר הבריחה סייח קטן הלך לאיבוד בתוך עדר גדול של זברות. כדי להחזיר אותו לאמא צריך לפתוח ארבעה מנעולים ולענות על שאלות על זברות.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4  ·  שלושה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העדר והזברות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שומר על העדר בזמן שהאחרות נחות?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מה מזהה הסייח את אמו?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לפי צבע העשב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לפי הגובה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לפי הפסים הקול והריח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רק מין אחד של זברה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סייח מזהה את אמו גם לפי הריח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להחזיר את הסייח לאמא צריך לפתוח __________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בעולם יש __________ מינים של זברות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זברה צעירה שנולדה לא מזמן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קבוצה גדולה של זברות החיות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חיה אוכלת עשב שחיה לצד הזברות בעדר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לפתור את מנעול 4 ולקבל את האות האחרונה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לפתור את מנעול 3 ולקבל אות שלישית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לפתור את מנעול 2 ולקבל אות נוספת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השאלה של מנעול 1 ולענות עליה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מנעולים צריך לפתוח כדי למצוא את הסייח?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הסייח מזהה את אמו?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- חדר בריחה הסייח האבוד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